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4"/>
          <w:rtl w:val="1"/>
          <w:rFonts w:ascii="Arial" w:hAnsi="Arial" w:cs="Arial"/>
          <w:bCs/>
          <w:szCs w:val="34"/>
        </w:rPr>
        <w:t xml:space="preserve">  🌈 מקום לכולם – יום הסובלנות הבין־לאומי (16.11)</w:t>
      </w:r>
    </w:p>
    <w:p>
      <w:pPr>
        <w:bidi w:val="1"/>
        <w:spacing w:after="60"/>
        <w:jc w:val="right"/>
      </w:pPr>
      <w:r>
        <w:rPr>
          <w:b w:val="0"/>
          <w:color w:val="5B6573"/>
          <w:sz w:val="24"/>
          <w:rtl w:val="1"/>
          <w:rFonts w:ascii="Arial" w:hAnsi="Arial" w:cs="Arial"/>
          <w:szCs w:val="24"/>
        </w:rPr>
        <w:t>דפי עבודה · יסודי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30"/>
          <w:rtl w:val="1"/>
          <w:rFonts w:ascii="Arial" w:hAnsi="Arial" w:cs="Arial"/>
          <w:bCs/>
          <w:szCs w:val="30"/>
        </w:rPr>
        <w:t>👩‍🏫 מהדורה למורה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מטרות: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להכיר את יום הסובלנות הבין־לאומי (16 בנובמבר) ואת מושגי היסוד: סובלנות, כבוד, אמפתיה, הקשבה, שונות והכלה.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לזהות הכללות, סטריאוטיפים ודעות קדומות בשפה היומיומית – בכיתה וברשת.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לתרגל ניסוח מחדש: להפוך משפט פוגע למשפט מכבד בלי לוותר על העמדה.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להתנסות בהתבוננות מנקודת המבט של האחר ובקבלת החלטות בדילמות.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איך משתמשים: חלק א׳ – מושגים (כ־10 דק׳); חלק ב׳ – מקרה בוחן ומיון (כ־15 דק׳); חלק ג׳ – ניסוח מחדש וכתיבה (כ־15 דק׳); כרטיס יציאה (5 דק׳).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🔑 תשובות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א׳: 1. ג (לקבל גם את מי ששונה ממני) · 2. א (16 בנובמבר) · 3. ג (מקשיבים עד הסוף) · 4. א (להתייחס לאחר כמו שהייתי רוצה שיתייחסו אליי)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ב׳ – שאלות: 1. ג · 2. ב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מיון – 💚 מקרב: להזמין לשחק · לשאול "מה שלומך?" · להקשיב עד הסוף · לשתף בצבעים · להגיד תודה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💔 מרחיק: לצחוק על מבטא · ללחוש סודות ולהסתכל על מישהו · לחקות הליכה של מישהו · להגיד "אין לך מקום פה" · לכנות בשם גנאי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ג׳ – דוגמאות לניסוח מכבד: "בוא, אני אסביר לך את הכללים" · "איזה צבעים מיוחדים! מה ציירת?" · "מעניין, יש לזה סיפור?"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מקרה הבוחן וכתיבה: אין תשובה אחת; מעריכים נימוק, אמפתיה ושיח מכבד.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💛 טיפים ורגישות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זהו יום ערכי־חברתי, לא יום חוסן רגשי – אך דילמות על הדרה ולעג עלולות לעורר זיכרונות אישיים. אפשרו "פס" ואל תבקשו מתלמיד/ה לשתף חוויה של פגיעה מול הכיתה.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אל תשתמשו בתלמידי הכיתה כדוגמאות לשונות (מוצא, דת, מוגבלות). כל הדמויות באתר בדויות.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בחט״ע – הקפידו על שיח בלי שמות של אנשים או מפלגות; התמקדו בעקרונות.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🌉 קישור לכלי חוסן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כשמישהו מעליב אותי ואני כועס/ת – עש״ן ד״ק: עוצרים, מרפים את השרירים, נושמים, אומרים לעצמנו "אני יכול/ה לענות בכבוד", וממשיכים קדימה.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0"/>
          <w:rtl w:val="1"/>
          <w:rFonts w:ascii="Arial" w:hAnsi="Arial" w:cs="Arial"/>
          <w:bCs/>
          <w:szCs w:val="30"/>
        </w:rPr>
        <w:t xml:space="preserve">  🌈 מקום לכולם · יום הסובלנות הבין־לאומי · 16.11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____________________   כיתה: ________   תאריך: ____________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א׳ – מכירים את המושגים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בחלק הזה נכיר את המושגים החשובים של יום הסובלנות.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🤝 סובלנות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👑 כבוד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💞 אמפתיה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👂 הקשבה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לקבל את מי שחושב, נראה או מתנהג אחרת ממני – גם כשזה לא מה שהייתי בוחר/ת.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להתייחס לכל אדם כחשוב, בדיבור ובמעשה.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לנסות להרגיש מה מרגיש מישהו אחר.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לשמוע עד הסוף, בלי לקטוע ובלי להסתכל לצדדים.</w:t>
            </w:r>
          </w:p>
        </w:tc>
      </w:tr>
    </w:tbl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הקיפו את התשובה הנכונה: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מה פירוש "סובלנות"?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להסכים תמיד עם כולם      ○ ב. לא לדבר עם מי ששונה      ○ ג. לקבל גם את מי ששונה ממני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יום הסובלנות הבין־לאומי חל ב…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16 בנובמבר      ○ ב. 15 במאי      ○ ג. 1 בינואר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מה עושים כשמישהו מדבר?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קוטעים כדי לענות מהר      ○ ב. מסתכלים בטלפון      ○ ג. מקשיבים עד הסוף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4. "ואהבת לרעך כמוך" – מה הכוונה?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להתייחס לאחר כמו שהייתי רוצה שיתייחסו אליי      ○ ב. לתת לכולם מתנות      ○ ג. לאהוב רק חברים טובים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ב׳ – בנעליים של אחר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נקרא מקרה, נחשוב איך מרגישים האנשים שבו ונבחר מה לעשות.</w:t>
      </w:r>
    </w:p>
    <w:p>
      <w:pPr>
        <w:bidi w:val="1"/>
        <w:spacing w:after="60"/>
        <w:jc w:val="right"/>
        <w:shd w:val="clear" w:color="auto" w:fill="EEF8F8"/>
      </w:pPr>
      <w:r>
        <w:rPr>
          <w:b/>
          <w:sz w:val="24"/>
          <w:rtl w:val="1"/>
          <w:rFonts w:ascii="Arial" w:hAnsi="Arial" w:cs="Arial"/>
          <w:bCs/>
          <w:szCs w:val="24"/>
        </w:rPr>
        <w:t>📍 מקרה בוחן: 🎂 המסיבה</w:t>
      </w:r>
    </w:p>
    <w:p>
      <w:pPr>
        <w:bidi w:val="1"/>
        <w:spacing w:after="60"/>
        <w:jc w:val="right"/>
        <w:shd w:val="clear" w:color="auto" w:fill="EEF8F8"/>
      </w:pPr>
      <w:r>
        <w:rPr>
          <w:b w:val="0"/>
          <w:sz w:val="24"/>
          <w:rtl w:val="1"/>
          <w:rFonts w:ascii="Arial" w:hAnsi="Arial" w:cs="Arial"/>
          <w:szCs w:val="24"/>
        </w:rPr>
        <w:t>שירה מזמינה למסיבת יום הולדת את כל הבנות בכיתה חוץ מאחת. היא אומרת: "זאת המסיבה שלי, אני מחליטה".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איך מרגישה הילדה שלא הוזמנה?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מה הייתם אומרים לשירה?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הייתם עושים? הקיפו ונמקו: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שירה צודקת – זו המסיבה שלה      ○ ב. כדאי לדבר איתה בעדינות      ○ ג. לספר למבוגר/ת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נועם הגיע לכיתה באמצע השנה. בהפסקה הוא עומד ליד הקיר לבד.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איך נועם מרגיש, כנראה?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כועס על כולם      ○ ב. שמח ורגוע      ○ ג. בודד ומתבייש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מאיה מדברת לאט וקצת מגמגמת. כמה ילדים צוחקים כשהיא קוראת בקול.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כדאי לעשות?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לצחוק גם      ○ ב. לחכות בסבלנות ולהקשיב עד הסוף      ○ ג. לבקש שמישהו אחר יקרא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🧺 מיון: כתבו כל ביטוי בעמודה המתאימה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ללחוש סודות ולהסתכל על מישהו · להגיד תודה · לשאול "מה שלומך?" · להגיד "אין לך מקום פה" · להקשיב עד הסוף · לכנות בשם גנאי · להזמין לשחק · לשתף בצבעים · לחקות הליכה של מישהו · לצחוק על מבטא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💚 מקרב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💔 מרחיק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</w:tbl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ג׳ – מילים שבונות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נלמד להחליף מילים שפוגעות במילים שבונות – ונכתוב בעצמנו.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💔 "אתה לא יודע לשחק, לך מפה!"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💔 "הציור שלך מכוער"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💔 "איזה מוזר, למה את לובשת את זה?"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✍️ ✉️ מכתב לחבר/ה חדש/ה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דמיינו שילד/ה חדש/ה מגיע/ה לכיתה. כתבו מכתב קצר שיעזור לו/לה להרגיש רצוי/ה.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פתיחות שיעזרו: שלום! אני… / בכיתה שלנו אוהבים… / אשמח אם תצטרף/תצטרפי ל… / אנחנו שמחים שהגעת!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בדקו: ☐ כתבתי ברכה  ☐ הזמנתי לפעילות  ☐ השתמשתי במילים חמות</w:t>
      </w:r>
    </w:p>
    <w:p>
      <w:pPr>
        <w:bidi w:val="1"/>
        <w:spacing w:after="60"/>
        <w:jc w:val="right"/>
      </w:pPr>
      <w:r>
        <w:rPr>
          <w:b w:val="0"/>
          <w:color w:val="555555"/>
          <w:sz w:val="24"/>
          <w:rtl w:val="1"/>
          <w:rFonts w:ascii="Arial" w:hAnsi="Arial" w:cs="Arial"/>
          <w:szCs w:val="24"/>
        </w:rPr>
        <w:t>✂ - - - - - - - - - - - - - - - - - - - - - - - - - - - - - - - - - - - - - - - - ✂</w:t>
      </w:r>
    </w:p>
    <w:p>
      <w:pPr>
        <w:bidi w:val="1"/>
        <w:spacing w:after="60"/>
        <w:jc w:val="right"/>
      </w:pPr>
      <w:r>
        <w:rPr>
          <w:b/>
          <w:sz w:val="26"/>
          <w:rtl w:val="1"/>
          <w:rFonts w:ascii="Arial" w:hAnsi="Arial" w:cs="Arial"/>
          <w:bCs/>
          <w:szCs w:val="26"/>
        </w:rPr>
        <w:t>🎟️ כרטיס יציאה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 כיתה: 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מילה אחת שמתארת סובלנות בעיניי: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דבר אחד שאעשה מחר כדי שמישהו ירגיש שייך: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מה למדתי על עצמי היום?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איך הרגשתי? 😄 🙂 😐 😕</w:t>
      </w:r>
    </w:p>
    <w:p>
      <w:pPr>
        <w:bidi w:val="1"/>
        <w:spacing w:after="60"/>
        <w:jc w:val="center"/>
      </w:pPr>
      <w:r>
        <w:rPr>
          <w:b w:val="0"/>
          <w:color w:val="5B6573"/>
          <w:sz w:val="20"/>
          <w:rtl w:val="1"/>
          <w:rFonts w:ascii="Arial" w:hAnsi="Arial" w:cs="Arial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