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חט״ב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ב (סובלנות היא קבלת קיומה של עמדה, גם בלי להסכים איתה) · 2. ג ("הוא בטח לא חכם, תראו מאיפה הוא") · 3. ג (הוא יכול להפוך למגן ולשנות את המצב) · 4. ג (הלל הזקן)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א · 2. ב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📏 עובדה / תיאור: בכיתה שלנו יש 32 תלמידים · שלושה תלמידים איחרו היום · בשכבה שלנו לומדים שבעה מקצועות חובה · יואב קיבל 90 במבחן · בשיעור שעבר דיברנו על סובלנות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🏷️ הכללה / סטריאוטיפ: כל מי שמשחק במחשב הוא עצלן · בנות לא מבינות בכדורגל · כל העולים מתקשים בלימודים · אנשים מבוגרים לא מבינים בטכנולוגיה · כל בני הנוער גסי רוח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"כמה תלמידים הפריעו היום בשיעור" · "אני רואה את זה אחרת, כי…" · "המסירה הזאת לא הצליחה, ננסה שוב"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לפני שעונים לתגובה פוגענית ברשת – עש״ן ד״ק: עוצרים לפני ששולחים, משחררים שרירים, נושמים, דיבור עצמי מרגיע ("אני לא צריך/ה להגיב בעלבון"), וקדימה – בוחרים תגובה מכבדת או לא מגיבים.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בחלק הזה נבדוק את ההבנה שלנו במושגים: סובלנות, סטריאוטיפ, דעה קדומה ושיח מכבד.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🤝 סובלנות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🏷️ סטריאוטיפ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⚖️ דעה קדומה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🚫 הדרה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יכולת לחיות לצד דעות, מנהגים ואורחות חיים שונים משלי – בלי לפגוע ובלי לנסות לבטל אותם.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תמונה קבועה ומוכללת על קבוצה שלמה של אנשים.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שיפוט של אדם עוד לפני שהכרנו אותו, רק לפי השתייכות לקבוצה.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הוצאה מכוונת של מישהו מהקבוצה, מהשיחה או מהפעילות.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מה ההבדל בין סובלנות להסכמה?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אין הבדל      ○ ב. סובלנות היא קבלת קיומה של עמדה, גם בלי להסכים איתה      ○ ג. סובלנות היא לוותר על הדעה שלי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איזה משפט הוא דעה קדומה?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"הוא הגיע לכיתה השבוע"      ○ ב. "הוא פתר את התרגיל ראשון"      ○ ג. "הוא בטח לא חכם, תראו מאיפה הוא"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 תפקידו של עומד מהצד?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הוא אשם יותר מהפוגע      ○ ב. אין לו שום השפעה      ○ ג. הוא יכול להפוך למגן ולשנות את המצב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4. "מה ששנוא עליך – אל תעשה לחברך". מי אמר?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שלמה המלך      ○ ב. משה רבנו      ○ ג. הלל הזקן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ננסה "להיכנס לנעליים" של אחרים ולזהות הכללות.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📲 הסטיקר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מישהו יצר סטיקר מצחיק מתמונה של תלמיד מהכיתה, והוא מתפשט בקבוצות. התלמיד לא יודע עדיין.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האם "זה רק צחוק" מצדיק פגיעה?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מה תהיה התגובה האמיצה והחכמה?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להגיד לו ולבקש להפסיק      ○ ב. להמשיך לשלוח – זה רק צחוק      ○ ג. לפנות למבוגר/ת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בקבוצת הכיתה מישהו כתב על תלמידה חדשה: "היא מדברת מוזר" ושלושה שלחו אימוג׳י צוחק.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היא כנראה מרגישה כשהיא קוראת את זה?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מושפלת ולא שייכת      ○ ב. גאה בעצמה      ○ ג. אדישה – זה רק אימוג׳י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איתי מגיע מבית דתי ולא משתתף במסיבת הכיתה ביום שישי בערב. חלק אומרים: "הוא מתנשא".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ההסבר הסביר ביותר?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הוא רוצה להיות מיוחד      ○ ב. יש לו מנהגים אחרים, לא התנשאות      ○ ג. הוא לא אוהב אף אחד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בנות לא מבינות בכדורגל · בשיעור שעבר דיברנו על סובלנות · שלושה תלמידים איחרו היום · אנשים מבוגרים לא מבינים בטכנולוגיה · בשכבה שלנו לומדים שבעה מקצועות חובה · כל בני הנוער גסי רוח · בכיתה שלנו יש 32 תלמידים · יואב קיבל 90 במבחן · כל העולים מתקשים בלימודים · כל מי שמשחק במחשב הוא עצלן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📏 עובדה / תיאור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🏷️ הכללה / סטריאוטיפ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ננסח מחדש משפטים פוגעים – ונכתוב שרשור תגובות מכבד.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"כל הבנים בכיתה שלנו מפריעים"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"אתה מטומטם אם אתה חושב ככה"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"אתה משחק כמו בת"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💬 שרשור מתוקן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קראו שרשור תגובות מומצא תחת פוסט על "תלבושת אחידה". כתבו מחדש שלוש תגובות פוגעניות כך שיביעו את אותה עמדה – בשיח מכבד.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אני חושב/ת ש… כי… / אני מבין/ה את הצד השני, ובכל זאת… / אולי אפשר… / מה דעתכם על…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אין עלבון אישי  ☐ יש נימוק  ☐ אין "כולם / תמיד / אף פעם"  ☐ הטון רגוע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סטריאוטיפ אחד שאני מתחייב/ת לשים לב אליו: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משפט מכבד שאשתמש בו בוויכוח הבא: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 אעשה אם אראה הדרה ברשת?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